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A37568-83CD-46D8-85E3-F686D64FD82A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